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94F6C" w14:textId="77777777" w:rsidR="001C1BBB" w:rsidRPr="00EE0AC1" w:rsidRDefault="005C53B9" w:rsidP="001C1BBB">
      <w:pPr>
        <w:spacing w:afterLines="100" w:after="240" w:line="240" w:lineRule="auto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>中</w:t>
      </w:r>
      <w:proofErr w:type="gramStart"/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>臺</w:t>
      </w:r>
      <w:proofErr w:type="gramEnd"/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 xml:space="preserve">科技大學 </w:t>
      </w:r>
      <w:r w:rsidR="007106A2" w:rsidRPr="00EE0AC1">
        <w:rPr>
          <w:rFonts w:ascii="標楷體" w:eastAsia="標楷體" w:hAnsi="標楷體"/>
          <w:b/>
          <w:sz w:val="36"/>
          <w:szCs w:val="36"/>
          <w:lang w:eastAsia="zh-TW"/>
        </w:rPr>
        <w:t xml:space="preserve">  </w:t>
      </w:r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 xml:space="preserve"> 學年度</w:t>
      </w:r>
      <w:r w:rsidR="007106A2" w:rsidRPr="00EE0AC1">
        <w:rPr>
          <w:rFonts w:ascii="標楷體" w:eastAsia="標楷體" w:hAnsi="標楷體" w:hint="eastAsia"/>
          <w:b/>
          <w:sz w:val="36"/>
          <w:szCs w:val="36"/>
          <w:lang w:eastAsia="zh-TW"/>
        </w:rPr>
        <w:t xml:space="preserve"> </w:t>
      </w:r>
      <w:r w:rsidR="007106A2" w:rsidRPr="00EE0AC1">
        <w:rPr>
          <w:rFonts w:ascii="標楷體" w:eastAsia="標楷體" w:hAnsi="標楷體"/>
          <w:b/>
          <w:sz w:val="36"/>
          <w:szCs w:val="36"/>
          <w:lang w:eastAsia="zh-TW"/>
        </w:rPr>
        <w:t xml:space="preserve"> </w:t>
      </w:r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>第  學期</w:t>
      </w:r>
    </w:p>
    <w:p w14:paraId="43FBCA1A" w14:textId="3302A24E" w:rsidR="00BE052F" w:rsidRPr="00EE0AC1" w:rsidRDefault="005C53B9" w:rsidP="001C1BBB">
      <w:pPr>
        <w:spacing w:afterLines="100" w:after="240" w:line="240" w:lineRule="auto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 w:rsidRPr="00EE0AC1">
        <w:rPr>
          <w:rFonts w:ascii="標楷體" w:eastAsia="標楷體" w:hAnsi="標楷體"/>
          <w:b/>
          <w:sz w:val="36"/>
          <w:szCs w:val="36"/>
          <w:lang w:eastAsia="zh-TW"/>
        </w:rPr>
        <w:t>英檢證照免修英文學分申請表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93"/>
        <w:gridCol w:w="91"/>
        <w:gridCol w:w="1326"/>
        <w:gridCol w:w="1158"/>
        <w:gridCol w:w="827"/>
        <w:gridCol w:w="863"/>
        <w:gridCol w:w="794"/>
        <w:gridCol w:w="894"/>
        <w:gridCol w:w="1577"/>
      </w:tblGrid>
      <w:tr w:rsidR="00EE0AC1" w:rsidRPr="007106A2" w14:paraId="4DE675F4" w14:textId="77777777" w:rsidTr="00EE0AC1">
        <w:trPr>
          <w:trHeight w:val="283"/>
          <w:jc w:val="center"/>
        </w:trPr>
        <w:tc>
          <w:tcPr>
            <w:tcW w:w="992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9C9FB" w14:textId="73A0F4B5" w:rsidR="00EE0AC1" w:rsidRPr="007106A2" w:rsidRDefault="00EE0AC1" w:rsidP="00EE0AC1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一、請填基本資料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 xml:space="preserve">                                 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申</w:t>
            </w:r>
            <w:r w:rsidRPr="00EE0AC1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請日期:    年    月    日</w:t>
            </w:r>
          </w:p>
        </w:tc>
      </w:tr>
      <w:tr w:rsidR="007106A2" w:rsidRPr="007106A2" w14:paraId="3877BE77" w14:textId="77777777" w:rsidTr="00EE0AC1">
        <w:trPr>
          <w:trHeight w:val="624"/>
          <w:jc w:val="center"/>
        </w:trPr>
        <w:tc>
          <w:tcPr>
            <w:tcW w:w="24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53B2A" w14:textId="3F109B3F" w:rsidR="007106A2" w:rsidRPr="00EE0AC1" w:rsidRDefault="007106A2" w:rsidP="00EE0AC1">
            <w:pPr>
              <w:spacing w:after="0" w:line="240" w:lineRule="auto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EE0AC1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班級</w:t>
            </w:r>
            <w:r w:rsidRPr="00EE0AC1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: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5B7BD2" w14:textId="1616BA23" w:rsidR="007106A2" w:rsidRPr="007106A2" w:rsidRDefault="007106A2" w:rsidP="001C1BBB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學號</w:t>
            </w:r>
            <w:proofErr w:type="spellEnd"/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:</w:t>
            </w:r>
          </w:p>
        </w:tc>
        <w:tc>
          <w:tcPr>
            <w:tcW w:w="24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B44EF" w14:textId="013F0C76" w:rsidR="007106A2" w:rsidRPr="007106A2" w:rsidRDefault="007106A2" w:rsidP="001C1BBB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姓名</w:t>
            </w:r>
            <w:proofErr w:type="spellEnd"/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: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DB28D" w14:textId="6ACDCD8D" w:rsidR="007106A2" w:rsidRPr="007106A2" w:rsidRDefault="007106A2" w:rsidP="001C1BBB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手機</w:t>
            </w:r>
            <w:proofErr w:type="spellEnd"/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:</w:t>
            </w:r>
          </w:p>
        </w:tc>
      </w:tr>
      <w:tr w:rsidR="00BE052F" w:rsidRPr="007106A2" w14:paraId="2EE6ACC9" w14:textId="77777777" w:rsidTr="00EE0AC1">
        <w:trPr>
          <w:trHeight w:val="57"/>
          <w:jc w:val="center"/>
        </w:trPr>
        <w:tc>
          <w:tcPr>
            <w:tcW w:w="99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015354" w14:textId="410337A9" w:rsidR="00BE052F" w:rsidRPr="00EE0AC1" w:rsidRDefault="005C53B9" w:rsidP="00EE0AC1">
            <w:pPr>
              <w:spacing w:after="0" w:line="240" w:lineRule="auto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二、是否曾經申請英檢證照</w:t>
            </w:r>
            <w:r w:rsidR="007106A2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免修</w:t>
            </w:r>
            <w:r w:rsidRPr="007106A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學分:</w:t>
            </w:r>
          </w:p>
        </w:tc>
      </w:tr>
      <w:tr w:rsidR="00BE052F" w:rsidRPr="007106A2" w14:paraId="4D2EDF0D" w14:textId="77777777" w:rsidTr="00EE0AC1">
        <w:trPr>
          <w:trHeight w:val="283"/>
          <w:jc w:val="center"/>
        </w:trPr>
        <w:tc>
          <w:tcPr>
            <w:tcW w:w="992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7F6ABE" w14:textId="60FA4C61" w:rsidR="00BE052F" w:rsidRPr="007106A2" w:rsidRDefault="005C53B9" w:rsidP="00EE0AC1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否，從未申請     </w:t>
            </w:r>
            <w:r w:rsidRPr="007106A2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是，於    學年度    學期經審核通過</w:t>
            </w:r>
            <w:r w:rsidR="007106A2" w:rsidRPr="00F82CAA">
              <w:rPr>
                <w:rFonts w:ascii="標楷體" w:eastAsia="標楷體" w:hAnsi="標楷體"/>
                <w:bCs/>
                <w:sz w:val="24"/>
                <w:szCs w:val="24"/>
                <w:lang w:eastAsia="zh-TW"/>
              </w:rPr>
              <w:t>免修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   學分。</w:t>
            </w:r>
          </w:p>
        </w:tc>
      </w:tr>
      <w:tr w:rsidR="00BE052F" w:rsidRPr="007106A2" w14:paraId="3A0C1886" w14:textId="77777777" w:rsidTr="00EE0AC1">
        <w:trPr>
          <w:trHeight w:val="283"/>
          <w:jc w:val="center"/>
        </w:trPr>
        <w:tc>
          <w:tcPr>
            <w:tcW w:w="99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2FE25F" w14:textId="77777777" w:rsidR="00BE052F" w:rsidRPr="007106A2" w:rsidRDefault="005C53B9" w:rsidP="00EE0AC1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三、請勾選 &amp; 填寫:</w:t>
            </w:r>
          </w:p>
        </w:tc>
      </w:tr>
      <w:tr w:rsidR="007106A2" w:rsidRPr="007106A2" w14:paraId="583356B4" w14:textId="77777777" w:rsidTr="00EE0AC1">
        <w:trPr>
          <w:trHeight w:val="567"/>
          <w:jc w:val="center"/>
        </w:trPr>
        <w:tc>
          <w:tcPr>
            <w:tcW w:w="2393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76C4F" w14:textId="5E70D9F6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1通過英檢測驗名稱/級數</w:t>
            </w:r>
          </w:p>
        </w:tc>
        <w:tc>
          <w:tcPr>
            <w:tcW w:w="7530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12B357" w14:textId="77777777" w:rsidR="00EE0AC1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英檢測驗名稱：_______________________</w:t>
            </w:r>
          </w:p>
          <w:p w14:paraId="7792DCF3" w14:textId="29180208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級數：_______________________________</w:t>
            </w:r>
          </w:p>
        </w:tc>
      </w:tr>
      <w:tr w:rsidR="007106A2" w:rsidRPr="007106A2" w14:paraId="79648CA0" w14:textId="77777777" w:rsidTr="00EE0AC1">
        <w:trPr>
          <w:trHeight w:val="283"/>
          <w:jc w:val="center"/>
        </w:trPr>
        <w:tc>
          <w:tcPr>
            <w:tcW w:w="239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9A3FDD" w14:textId="1020F9A1" w:rsidR="007106A2" w:rsidRPr="007106A2" w:rsidRDefault="007106A2" w:rsidP="00EE0AC1">
            <w:pPr>
              <w:spacing w:beforeLines="100" w:before="240" w:afterLines="100" w:after="240"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</w:rPr>
              <w:t>2英檢測驗各項成績</w:t>
            </w:r>
          </w:p>
        </w:tc>
        <w:tc>
          <w:tcPr>
            <w:tcW w:w="7530" w:type="dxa"/>
            <w:gridSpan w:val="8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58A7C" w14:textId="77777777" w:rsidR="00EE0AC1" w:rsidRDefault="007106A2" w:rsidP="00EE0AC1">
            <w:pPr>
              <w:spacing w:beforeLines="100" w:before="240" w:afterLines="100" w:after="24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聽力：___________  口說：___________</w:t>
            </w:r>
          </w:p>
          <w:p w14:paraId="7D57D6EF" w14:textId="77777777" w:rsidR="00EE0AC1" w:rsidRDefault="007106A2" w:rsidP="00EE0AC1">
            <w:pPr>
              <w:spacing w:beforeLines="100" w:before="240" w:afterLines="100" w:after="24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閱讀：___________  寫作：___________</w:t>
            </w:r>
          </w:p>
          <w:p w14:paraId="1C90C865" w14:textId="0A6C71D6" w:rsidR="007106A2" w:rsidRPr="007106A2" w:rsidRDefault="007106A2" w:rsidP="00EE0AC1">
            <w:pPr>
              <w:spacing w:beforeLines="100" w:before="240" w:afterLines="100" w:after="24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其他：___________  總分(</w:t>
            </w:r>
            <w:proofErr w:type="gramStart"/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必填</w:t>
            </w:r>
            <w:proofErr w:type="gramEnd"/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)：____  電腦測驗：____</w:t>
            </w:r>
          </w:p>
        </w:tc>
      </w:tr>
      <w:tr w:rsidR="001C1BBB" w:rsidRPr="007106A2" w14:paraId="295C7292" w14:textId="77777777" w:rsidTr="00EE0AC1">
        <w:trPr>
          <w:trHeight w:val="769"/>
          <w:jc w:val="center"/>
        </w:trPr>
        <w:tc>
          <w:tcPr>
            <w:tcW w:w="2393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B650F" w14:textId="7C30BE82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申請</w:t>
            </w:r>
            <w:r w:rsidR="00F82CAA">
              <w:rPr>
                <w:rFonts w:ascii="標楷體" w:eastAsia="標楷體" w:hAnsi="標楷體"/>
                <w:sz w:val="24"/>
                <w:szCs w:val="24"/>
                <w:lang w:eastAsia="zh-TW"/>
              </w:rPr>
              <w:t>免修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>科目及學分(請勾選)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0D7B3" w14:textId="77777777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四技學生</w:t>
            </w:r>
            <w:proofErr w:type="spellEnd"/>
          </w:p>
        </w:tc>
        <w:tc>
          <w:tcPr>
            <w:tcW w:w="1985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FD38F" w14:textId="77777777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CEFR B1 </w:t>
            </w: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級以上</w:t>
            </w:r>
            <w:proofErr w:type="spellEnd"/>
          </w:p>
        </w:tc>
        <w:tc>
          <w:tcPr>
            <w:tcW w:w="2551" w:type="dxa"/>
            <w:gridSpan w:val="3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B8583" w14:textId="77777777" w:rsid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大一英文</w:t>
            </w:r>
            <w:proofErr w:type="spellEnd"/>
            <w:r w:rsidRPr="007106A2">
              <w:rPr>
                <w:rFonts w:ascii="標楷體" w:eastAsia="標楷體" w:hAnsi="標楷體"/>
                <w:sz w:val="24"/>
                <w:szCs w:val="24"/>
              </w:rPr>
              <w:t>(一)</w:t>
            </w:r>
          </w:p>
          <w:p w14:paraId="3073CD26" w14:textId="17CEB3FC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大一英文</w:t>
            </w:r>
            <w:proofErr w:type="spellEnd"/>
            <w:r w:rsidRPr="007106A2">
              <w:rPr>
                <w:rFonts w:ascii="標楷體" w:eastAsia="標楷體" w:hAnsi="標楷體"/>
                <w:sz w:val="24"/>
                <w:szCs w:val="24"/>
              </w:rPr>
              <w:t>(二)</w:t>
            </w:r>
          </w:p>
        </w:tc>
        <w:tc>
          <w:tcPr>
            <w:tcW w:w="157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F62CD" w14:textId="77777777" w:rsid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2學分</w:t>
            </w:r>
          </w:p>
          <w:p w14:paraId="6591E71F" w14:textId="776E7E47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4學分</w:t>
            </w:r>
          </w:p>
        </w:tc>
      </w:tr>
      <w:tr w:rsidR="001C1BBB" w:rsidRPr="007106A2" w14:paraId="1C2E3BDA" w14:textId="77777777" w:rsidTr="00EE0AC1">
        <w:trPr>
          <w:trHeight w:val="340"/>
          <w:jc w:val="center"/>
        </w:trPr>
        <w:tc>
          <w:tcPr>
            <w:tcW w:w="2393" w:type="dxa"/>
            <w:vMerge/>
            <w:shd w:val="clear" w:color="auto" w:fill="FFFFFF" w:themeFill="background1"/>
          </w:tcPr>
          <w:p w14:paraId="6233CAEE" w14:textId="77777777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D0504" w14:textId="77777777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二技學生</w:t>
            </w:r>
            <w:proofErr w:type="spellEnd"/>
          </w:p>
        </w:tc>
        <w:tc>
          <w:tcPr>
            <w:tcW w:w="1985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6749F" w14:textId="77777777" w:rsidR="007106A2" w:rsidRPr="007106A2" w:rsidRDefault="007106A2" w:rsidP="001C1BBB">
            <w:pPr>
              <w:spacing w:beforeLines="50" w:before="120" w:afterLines="50" w:after="120"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CEFR B1 </w:t>
            </w: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級以上</w:t>
            </w:r>
            <w:proofErr w:type="spellEnd"/>
          </w:p>
        </w:tc>
        <w:tc>
          <w:tcPr>
            <w:tcW w:w="2551" w:type="dxa"/>
            <w:gridSpan w:val="3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CC639" w14:textId="77777777" w:rsid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進階英文(一)</w:t>
            </w:r>
          </w:p>
          <w:p w14:paraId="32A4CF81" w14:textId="4B721A6E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進階英文(二)</w:t>
            </w:r>
          </w:p>
        </w:tc>
        <w:tc>
          <w:tcPr>
            <w:tcW w:w="157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EDC01" w14:textId="77777777" w:rsid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2學分</w:t>
            </w:r>
          </w:p>
          <w:p w14:paraId="77B9563C" w14:textId="0CEC3376" w:rsidR="007106A2" w:rsidRPr="007106A2" w:rsidRDefault="007106A2" w:rsidP="001C1BBB">
            <w:pPr>
              <w:spacing w:beforeLines="50" w:before="120" w:afterLines="50" w:after="12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106A2">
              <w:rPr>
                <w:rFonts w:ascii="Segoe UI Symbol" w:eastAsia="標楷體" w:hAnsi="Segoe UI Symbol" w:cs="Segoe UI Symbol"/>
                <w:sz w:val="24"/>
                <w:szCs w:val="24"/>
              </w:rPr>
              <w:t>☐</w:t>
            </w:r>
            <w:r w:rsidRPr="007106A2">
              <w:rPr>
                <w:rFonts w:ascii="標楷體" w:eastAsia="標楷體" w:hAnsi="標楷體"/>
                <w:sz w:val="24"/>
                <w:szCs w:val="24"/>
              </w:rPr>
              <w:t xml:space="preserve"> 4學分</w:t>
            </w:r>
          </w:p>
        </w:tc>
      </w:tr>
      <w:tr w:rsidR="001C1BBB" w:rsidRPr="007106A2" w14:paraId="2610B26F" w14:textId="77777777" w:rsidTr="00EE0AC1">
        <w:trPr>
          <w:trHeight w:val="794"/>
          <w:jc w:val="center"/>
        </w:trPr>
        <w:tc>
          <w:tcPr>
            <w:tcW w:w="239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ADE02" w14:textId="409D3141" w:rsidR="00BE052F" w:rsidRPr="007106A2" w:rsidRDefault="005C53B9" w:rsidP="00EE0AC1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語言中心承辦人</w:t>
            </w:r>
            <w:proofErr w:type="spellEnd"/>
          </w:p>
        </w:tc>
        <w:tc>
          <w:tcPr>
            <w:tcW w:w="2575" w:type="dxa"/>
            <w:gridSpan w:val="3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3B4F6" w14:textId="77777777" w:rsidR="00BE052F" w:rsidRPr="007106A2" w:rsidRDefault="00BE052F" w:rsidP="00EE0AC1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23115" w14:textId="6977535E" w:rsidR="00BE052F" w:rsidRPr="007106A2" w:rsidRDefault="005C53B9" w:rsidP="00EE0AC1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106A2">
              <w:rPr>
                <w:rFonts w:ascii="標楷體" w:eastAsia="標楷體" w:hAnsi="標楷體"/>
                <w:sz w:val="24"/>
                <w:szCs w:val="24"/>
              </w:rPr>
              <w:t>語言中心主任</w:t>
            </w:r>
            <w:proofErr w:type="spellEnd"/>
          </w:p>
        </w:tc>
        <w:tc>
          <w:tcPr>
            <w:tcW w:w="3265" w:type="dxa"/>
            <w:gridSpan w:val="3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1EC3D" w14:textId="77777777" w:rsidR="00BE052F" w:rsidRPr="007106A2" w:rsidRDefault="00BE052F" w:rsidP="00EE0AC1">
            <w:pPr>
              <w:spacing w:after="0" w:line="24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699A10BB" w14:textId="77777777" w:rsidR="00BE052F" w:rsidRPr="007106A2" w:rsidRDefault="005C53B9" w:rsidP="001D0376">
      <w:pPr>
        <w:spacing w:beforeLines="50" w:before="120" w:after="0" w:line="240" w:lineRule="auto"/>
        <w:jc w:val="both"/>
        <w:rPr>
          <w:rFonts w:ascii="標楷體" w:eastAsia="標楷體" w:hAnsi="標楷體"/>
          <w:sz w:val="24"/>
          <w:szCs w:val="24"/>
        </w:rPr>
      </w:pPr>
      <w:r w:rsidRPr="007106A2">
        <w:rPr>
          <w:rFonts w:ascii="標楷體" w:eastAsia="標楷體" w:hAnsi="標楷體"/>
          <w:b/>
          <w:sz w:val="24"/>
          <w:szCs w:val="24"/>
        </w:rPr>
        <w:t>※</w:t>
      </w:r>
      <w:proofErr w:type="spellStart"/>
      <w:r w:rsidRPr="007106A2">
        <w:rPr>
          <w:rFonts w:ascii="標楷體" w:eastAsia="標楷體" w:hAnsi="標楷體"/>
          <w:b/>
          <w:sz w:val="24"/>
          <w:szCs w:val="24"/>
        </w:rPr>
        <w:t>注意事項</w:t>
      </w:r>
      <w:proofErr w:type="spellEnd"/>
      <w:r w:rsidRPr="007106A2">
        <w:rPr>
          <w:rFonts w:ascii="標楷體" w:eastAsia="標楷體" w:hAnsi="標楷體"/>
          <w:b/>
          <w:sz w:val="24"/>
          <w:szCs w:val="24"/>
        </w:rPr>
        <w:t>※</w:t>
      </w:r>
    </w:p>
    <w:p w14:paraId="5680CFEA" w14:textId="45E0A94D" w:rsidR="00BE052F" w:rsidRPr="007106A2" w:rsidRDefault="005C53B9">
      <w:pPr>
        <w:spacing w:before="40" w:after="40"/>
        <w:ind w:left="288"/>
        <w:rPr>
          <w:rFonts w:ascii="標楷體" w:eastAsia="標楷體" w:hAnsi="標楷體"/>
          <w:sz w:val="24"/>
          <w:szCs w:val="24"/>
          <w:lang w:eastAsia="zh-TW"/>
        </w:rPr>
      </w:pPr>
      <w:r w:rsidRPr="007106A2">
        <w:rPr>
          <w:rFonts w:ascii="標楷體" w:eastAsia="標楷體" w:hAnsi="標楷體"/>
          <w:sz w:val="24"/>
          <w:szCs w:val="24"/>
          <w:lang w:eastAsia="zh-TW"/>
        </w:rPr>
        <w:t>一、申請時間為每學期選課期間辦理</w:t>
      </w:r>
      <w:r w:rsidR="001C1BBB">
        <w:rPr>
          <w:rFonts w:ascii="標楷體" w:eastAsia="標楷體" w:hAnsi="標楷體" w:hint="eastAsia"/>
          <w:sz w:val="24"/>
          <w:szCs w:val="24"/>
          <w:lang w:eastAsia="zh-TW"/>
        </w:rPr>
        <w:t>，一次可申請</w:t>
      </w:r>
      <w:r w:rsidR="001C1BBB" w:rsidRPr="007106A2">
        <w:rPr>
          <w:rFonts w:ascii="標楷體" w:eastAsia="標楷體" w:hAnsi="標楷體"/>
          <w:sz w:val="24"/>
          <w:szCs w:val="24"/>
          <w:lang w:eastAsia="zh-TW"/>
        </w:rPr>
        <w:t>免修</w:t>
      </w:r>
      <w:r w:rsidR="001C1BBB">
        <w:rPr>
          <w:rFonts w:ascii="標楷體" w:eastAsia="標楷體" w:hAnsi="標楷體" w:hint="eastAsia"/>
          <w:sz w:val="24"/>
          <w:szCs w:val="24"/>
          <w:lang w:eastAsia="zh-TW"/>
        </w:rPr>
        <w:t>4學分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。</w:t>
      </w:r>
    </w:p>
    <w:p w14:paraId="26B5391F" w14:textId="4C9CBB19" w:rsidR="00BE052F" w:rsidRPr="007106A2" w:rsidRDefault="005C53B9">
      <w:pPr>
        <w:spacing w:before="40" w:after="40"/>
        <w:ind w:left="288"/>
        <w:rPr>
          <w:rFonts w:ascii="標楷體" w:eastAsia="標楷體" w:hAnsi="標楷體"/>
          <w:sz w:val="24"/>
          <w:szCs w:val="24"/>
          <w:lang w:eastAsia="zh-TW"/>
        </w:rPr>
      </w:pPr>
      <w:r w:rsidRPr="007106A2">
        <w:rPr>
          <w:rFonts w:ascii="標楷體" w:eastAsia="標楷體" w:hAnsi="標楷體"/>
          <w:sz w:val="24"/>
          <w:szCs w:val="24"/>
          <w:lang w:eastAsia="zh-TW"/>
        </w:rPr>
        <w:t>二、本申請表僅受理</w:t>
      </w:r>
      <w:r w:rsidR="00F82CAA">
        <w:rPr>
          <w:rFonts w:ascii="標楷體" w:eastAsia="標楷體" w:hAnsi="標楷體"/>
          <w:sz w:val="24"/>
          <w:szCs w:val="24"/>
          <w:lang w:eastAsia="zh-TW"/>
        </w:rPr>
        <w:t>免修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尚未修習之學分，已</w:t>
      </w:r>
      <w:proofErr w:type="gramStart"/>
      <w:r w:rsidRPr="007106A2">
        <w:rPr>
          <w:rFonts w:ascii="標楷體" w:eastAsia="標楷體" w:hAnsi="標楷體"/>
          <w:sz w:val="24"/>
          <w:szCs w:val="24"/>
          <w:lang w:eastAsia="zh-TW"/>
        </w:rPr>
        <w:t>修畢且不</w:t>
      </w:r>
      <w:proofErr w:type="gramEnd"/>
      <w:r w:rsidRPr="007106A2">
        <w:rPr>
          <w:rFonts w:ascii="標楷體" w:eastAsia="標楷體" w:hAnsi="標楷體"/>
          <w:sz w:val="24"/>
          <w:szCs w:val="24"/>
          <w:lang w:eastAsia="zh-TW"/>
        </w:rPr>
        <w:t>及格之英文學分不得再予</w:t>
      </w:r>
      <w:r w:rsidR="007106A2">
        <w:rPr>
          <w:rFonts w:ascii="標楷體" w:eastAsia="標楷體" w:hAnsi="標楷體" w:hint="eastAsia"/>
          <w:sz w:val="24"/>
          <w:szCs w:val="24"/>
          <w:lang w:eastAsia="zh-TW"/>
        </w:rPr>
        <w:t>申請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。</w:t>
      </w:r>
    </w:p>
    <w:p w14:paraId="115D306F" w14:textId="13C7AA22" w:rsidR="00BE052F" w:rsidRPr="007106A2" w:rsidRDefault="005C53B9">
      <w:pPr>
        <w:spacing w:before="40" w:after="40"/>
        <w:ind w:left="288"/>
        <w:rPr>
          <w:rFonts w:ascii="標楷體" w:eastAsia="標楷體" w:hAnsi="標楷體"/>
          <w:sz w:val="24"/>
          <w:szCs w:val="24"/>
          <w:lang w:eastAsia="zh-TW"/>
        </w:rPr>
      </w:pPr>
      <w:r w:rsidRPr="007106A2">
        <w:rPr>
          <w:rFonts w:ascii="標楷體" w:eastAsia="標楷體" w:hAnsi="標楷體"/>
          <w:sz w:val="24"/>
          <w:szCs w:val="24"/>
          <w:lang w:eastAsia="zh-TW"/>
        </w:rPr>
        <w:t>三、應檢附文件：各項英語能力檢定成績單或合格證書</w:t>
      </w:r>
      <w:r w:rsidR="00F82CAA">
        <w:rPr>
          <w:rFonts w:ascii="標楷體" w:eastAsia="標楷體" w:hAnsi="標楷體" w:hint="eastAsia"/>
          <w:sz w:val="24"/>
          <w:szCs w:val="24"/>
          <w:lang w:eastAsia="zh-TW"/>
        </w:rPr>
        <w:t>B</w:t>
      </w:r>
      <w:r w:rsidR="00F82CAA">
        <w:rPr>
          <w:rFonts w:ascii="標楷體" w:eastAsia="標楷體" w:hAnsi="標楷體"/>
          <w:sz w:val="24"/>
          <w:szCs w:val="24"/>
          <w:lang w:eastAsia="zh-TW"/>
        </w:rPr>
        <w:t>1</w:t>
      </w:r>
      <w:r w:rsidR="00F82CAA">
        <w:rPr>
          <w:rFonts w:ascii="標楷體" w:eastAsia="標楷體" w:hAnsi="標楷體" w:hint="eastAsia"/>
          <w:sz w:val="24"/>
          <w:szCs w:val="24"/>
          <w:lang w:eastAsia="zh-TW"/>
        </w:rPr>
        <w:t>級以上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影本</w:t>
      </w:r>
      <w:r w:rsidR="007106A2" w:rsidRPr="007106A2">
        <w:rPr>
          <w:rFonts w:ascii="標楷體" w:eastAsia="標楷體" w:hAnsi="標楷體"/>
          <w:sz w:val="24"/>
          <w:szCs w:val="24"/>
          <w:lang w:eastAsia="zh-TW"/>
        </w:rPr>
        <w:t>。</w:t>
      </w:r>
    </w:p>
    <w:p w14:paraId="0D6562A6" w14:textId="210278CB" w:rsidR="00BE052F" w:rsidRDefault="005C53B9" w:rsidP="006A23F8">
      <w:pPr>
        <w:spacing w:before="40" w:after="40"/>
        <w:ind w:left="288"/>
        <w:rPr>
          <w:lang w:eastAsia="zh-TW"/>
        </w:rPr>
      </w:pPr>
      <w:r w:rsidRPr="007106A2">
        <w:rPr>
          <w:rFonts w:ascii="標楷體" w:eastAsia="標楷體" w:hAnsi="標楷體"/>
          <w:sz w:val="24"/>
          <w:szCs w:val="24"/>
          <w:lang w:eastAsia="zh-TW"/>
        </w:rPr>
        <w:t>四、</w:t>
      </w:r>
      <w:r w:rsidR="001C1BBB">
        <w:rPr>
          <w:rFonts w:ascii="標楷體" w:eastAsia="標楷體" w:hAnsi="標楷體" w:hint="eastAsia"/>
          <w:sz w:val="24"/>
          <w:szCs w:val="24"/>
          <w:lang w:eastAsia="zh-TW"/>
        </w:rPr>
        <w:t>申請免修英文</w:t>
      </w:r>
      <w:r w:rsidR="007106A2">
        <w:rPr>
          <w:rFonts w:ascii="標楷體" w:eastAsia="標楷體" w:hAnsi="標楷體" w:hint="eastAsia"/>
          <w:sz w:val="24"/>
          <w:szCs w:val="24"/>
          <w:lang w:eastAsia="zh-TW"/>
        </w:rPr>
        <w:t>學生</w:t>
      </w:r>
      <w:r w:rsidR="001C1BBB">
        <w:rPr>
          <w:rFonts w:ascii="標楷體" w:eastAsia="標楷體" w:hAnsi="標楷體" w:hint="eastAsia"/>
          <w:sz w:val="24"/>
          <w:szCs w:val="24"/>
          <w:lang w:eastAsia="zh-TW"/>
        </w:rPr>
        <w:t>每學期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校務行政系統</w:t>
      </w:r>
      <w:r w:rsidR="00F82CAA">
        <w:rPr>
          <w:rFonts w:ascii="標楷體" w:eastAsia="標楷體" w:hAnsi="標楷體" w:hint="eastAsia"/>
          <w:sz w:val="24"/>
          <w:szCs w:val="24"/>
          <w:lang w:eastAsia="zh-TW"/>
        </w:rPr>
        <w:t>申請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退選</w:t>
      </w:r>
      <w:r w:rsidR="007106A2">
        <w:rPr>
          <w:rFonts w:ascii="標楷體" w:eastAsia="標楷體" w:hAnsi="標楷體" w:hint="eastAsia"/>
          <w:sz w:val="24"/>
          <w:szCs w:val="24"/>
          <w:lang w:eastAsia="zh-TW"/>
        </w:rPr>
        <w:t>該</w:t>
      </w:r>
      <w:r w:rsidR="001C1BBB">
        <w:rPr>
          <w:rFonts w:ascii="標楷體" w:eastAsia="標楷體" w:hAnsi="標楷體" w:hint="eastAsia"/>
          <w:sz w:val="24"/>
          <w:szCs w:val="24"/>
          <w:lang w:eastAsia="zh-TW"/>
        </w:rPr>
        <w:t>英文</w:t>
      </w:r>
      <w:r w:rsidRPr="007106A2">
        <w:rPr>
          <w:rFonts w:ascii="標楷體" w:eastAsia="標楷體" w:hAnsi="標楷體"/>
          <w:sz w:val="24"/>
          <w:szCs w:val="24"/>
          <w:lang w:eastAsia="zh-TW"/>
        </w:rPr>
        <w:t>課程，以免影響自身權益。</w:t>
      </w:r>
    </w:p>
    <w:sectPr w:rsidR="00BE052F" w:rsidSect="001D0376">
      <w:pgSz w:w="12240" w:h="15840"/>
      <w:pgMar w:top="1418" w:right="1021" w:bottom="851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1BBB"/>
    <w:rsid w:val="001D0376"/>
    <w:rsid w:val="0029639D"/>
    <w:rsid w:val="00326F90"/>
    <w:rsid w:val="00453172"/>
    <w:rsid w:val="005C53B9"/>
    <w:rsid w:val="006A23F8"/>
    <w:rsid w:val="007106A2"/>
    <w:rsid w:val="00AA1D8D"/>
    <w:rsid w:val="00B47730"/>
    <w:rsid w:val="00BE052F"/>
    <w:rsid w:val="00CB0664"/>
    <w:rsid w:val="00EE0AC1"/>
    <w:rsid w:val="00F82C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CC85C5"/>
  <w14:defaultImageDpi w14:val="300"/>
  <w15:docId w15:val="{46D7B261-9BA8-45EA-87D0-08D79A88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新細明體" w:eastAsia="新細明體" w:hAnsi="新細明體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2026-09-09T10:12:00Z</cp:lastPrinted>
  <dcterms:created xsi:type="dcterms:W3CDTF">2026-09-10T01:07:00Z</dcterms:created>
  <dcterms:modified xsi:type="dcterms:W3CDTF">2026-09-10T01:07:00Z</dcterms:modified>
  <cp:category/>
</cp:coreProperties>
</file>